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[Club name] Membership form</w:t>
      </w:r>
    </w:p>
    <w:p>
      <w:r>
        <w:rPr>
          <w:i/>
          <w:color w:val="6B7280"/>
          <w:sz w:val="19"/>
        </w:rPr>
        <w:t>[Season or year]. Please complete one form per member.</w:t>
      </w:r>
    </w:p>
    <w:p>
      <w:r>
        <w:rPr>
          <w:i/>
          <w:color w:val="6B7280"/>
          <w:sz w:val="19"/>
        </w:rPr>
        <w:t>For the club: edit the membership types, prices and privacy notice to match how your club actually uses members' information, and delete this note. Health information is special category data, so the form asks for explicit consent to hold it and only asks for what coaches need. This template is a starting point, not legal advice. Check it against your constitution, your governing body's rules and the official guidance linked from dyno-app.com/club-admin before you adopt it.</w:t>
      </w:r>
    </w:p>
    <w:p>
      <w:pPr>
        <w:pStyle w:val="Heading1"/>
      </w:pPr>
      <w:r>
        <w:t>1. Member details</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Full name</w:t>
            </w:r>
          </w:p>
        </w:tc>
        <w:tc>
          <w:tcPr>
            <w:tcW w:type="dxa" w:w="6009"/>
          </w:tcPr>
          <w:p>
            <w:r/>
          </w:p>
        </w:tc>
      </w:tr>
      <w:tr>
        <w:trPr>
          <w:trHeight w:val="510"/>
        </w:trPr>
        <w:tc>
          <w:tcPr>
            <w:tcW w:type="dxa" w:w="3402"/>
            <w:shd w:val="clear" w:color="auto" w:fill="F3F4F6"/>
          </w:tcPr>
          <w:p>
            <w:r>
              <w:rPr>
                <w:b/>
              </w:rPr>
              <w:t>Date of birth</w:t>
            </w:r>
          </w:p>
        </w:tc>
        <w:tc>
          <w:tcPr>
            <w:tcW w:type="dxa" w:w="6009"/>
          </w:tcPr>
          <w:p>
            <w:r/>
          </w:p>
        </w:tc>
      </w:tr>
      <w:tr>
        <w:trPr>
          <w:trHeight w:val="510"/>
        </w:trPr>
        <w:tc>
          <w:tcPr>
            <w:tcW w:type="dxa" w:w="3402"/>
            <w:shd w:val="clear" w:color="auto" w:fill="F3F4F6"/>
          </w:tcPr>
          <w:p>
            <w:r>
              <w:rPr>
                <w:b/>
              </w:rPr>
              <w:t>Address and postcode</w:t>
            </w:r>
          </w:p>
        </w:tc>
        <w:tc>
          <w:tcPr>
            <w:tcW w:type="dxa" w:w="6009"/>
          </w:tcPr>
          <w:p>
            <w:r/>
          </w:p>
        </w:tc>
      </w:tr>
      <w:tr>
        <w:trPr>
          <w:trHeight w:val="510"/>
        </w:trPr>
        <w:tc>
          <w:tcPr>
            <w:tcW w:type="dxa" w:w="3402"/>
            <w:shd w:val="clear" w:color="auto" w:fill="F3F4F6"/>
          </w:tcPr>
          <w:p>
            <w:r>
              <w:rPr>
                <w:b/>
              </w:rPr>
              <w:t>Email</w:t>
            </w:r>
          </w:p>
        </w:tc>
        <w:tc>
          <w:tcPr>
            <w:tcW w:type="dxa" w:w="6009"/>
          </w:tcPr>
          <w:p>
            <w:r/>
          </w:p>
        </w:tc>
      </w:tr>
      <w:tr>
        <w:trPr>
          <w:trHeight w:val="510"/>
        </w:trPr>
        <w:tc>
          <w:tcPr>
            <w:tcW w:type="dxa" w:w="3402"/>
            <w:shd w:val="clear" w:color="auto" w:fill="F3F4F6"/>
          </w:tcPr>
          <w:p>
            <w:r>
              <w:rPr>
                <w:b/>
              </w:rPr>
              <w:t>Mobile</w:t>
            </w:r>
          </w:p>
        </w:tc>
        <w:tc>
          <w:tcPr>
            <w:tcW w:type="dxa" w:w="6009"/>
          </w:tcPr>
          <w:p>
            <w:r/>
          </w:p>
        </w:tc>
      </w:tr>
      <w:tr>
        <w:trPr>
          <w:trHeight w:val="510"/>
        </w:trPr>
        <w:tc>
          <w:tcPr>
            <w:tcW w:type="dxa" w:w="3402"/>
            <w:shd w:val="clear" w:color="auto" w:fill="F3F4F6"/>
          </w:tcPr>
          <w:p>
            <w:r>
              <w:rPr>
                <w:b/>
              </w:rPr>
              <w:t>Gender (optional)</w:t>
            </w:r>
          </w:p>
        </w:tc>
        <w:tc>
          <w:tcPr>
            <w:tcW w:type="dxa" w:w="6009"/>
          </w:tcPr>
          <w:p>
            <w:r/>
          </w:p>
        </w:tc>
      </w:tr>
    </w:tbl>
    <w:p/>
    <w:p>
      <w:pPr>
        <w:pStyle w:val="Heading1"/>
      </w:pPr>
      <w:r>
        <w:t>2. Membership type</w:t>
      </w:r>
    </w:p>
    <w:p>
      <w:r>
        <w:rPr>
          <w:b/>
        </w:rPr>
        <w:t>Please tick one:</w:t>
      </w:r>
    </w:p>
    <w:p>
      <w:pPr>
        <w:ind w:left="340"/>
      </w:pPr>
      <w:r>
        <w:t>☐  Adult: £[amount] a [month / year]</w:t>
      </w:r>
    </w:p>
    <w:p>
      <w:pPr>
        <w:ind w:left="340"/>
      </w:pPr>
      <w:r>
        <w:t>☐  Junior (under 18): £[amount] a [month / year]</w:t>
      </w:r>
    </w:p>
    <w:p>
      <w:pPr>
        <w:ind w:left="340"/>
      </w:pPr>
      <w:r>
        <w:t>☐  Concession [student, unemployed, over 65]: £[amount] a [month / year]</w:t>
      </w:r>
    </w:p>
    <w:p>
      <w:pPr>
        <w:ind w:left="340"/>
      </w:pPr>
      <w:r>
        <w:t>☐  Family: £[amount] a [month / year]</w:t>
      </w:r>
    </w:p>
    <w:p>
      <w:pPr>
        <w:ind w:left="340"/>
      </w:pPr>
      <w:r>
        <w:t>☐  Social / non-playing: £[amount] a year</w:t>
      </w:r>
    </w:p>
    <w:p>
      <w:r>
        <w:t xml:space="preserve">Payment: </w:t>
      </w:r>
      <w:r>
        <w:rPr>
          <w:shd w:val="clear" w:color="auto" w:fill="F3F4F6"/>
        </w:rPr>
        <w:t>[how members pay, for example by Direct Debit or card through the club's online sign-up, or by bank transfer to the account below]</w:t>
      </w:r>
      <w:r>
        <w:t xml:space="preserve">. If cost is a barrier, speak to </w:t>
      </w:r>
      <w:r>
        <w:rPr>
          <w:shd w:val="clear" w:color="auto" w:fill="F3F4F6"/>
        </w:rPr>
        <w:t>[name or role]</w:t>
      </w:r>
      <w:r>
        <w:t xml:space="preserve"> in confidence about </w:t>
      </w:r>
      <w:r>
        <w:rPr>
          <w:shd w:val="clear" w:color="auto" w:fill="F3F4F6"/>
        </w:rPr>
        <w:t>[concessions or instalments]</w:t>
      </w:r>
      <w:r>
        <w:t>.</w:t>
      </w:r>
    </w:p>
    <w:p>
      <w:pPr>
        <w:pStyle w:val="Heading1"/>
      </w:pPr>
      <w:r>
        <w:t>3. Emergency contact</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Name</w:t>
            </w:r>
          </w:p>
        </w:tc>
        <w:tc>
          <w:tcPr>
            <w:tcW w:type="dxa" w:w="6009"/>
          </w:tcPr>
          <w:p>
            <w:r/>
          </w:p>
        </w:tc>
      </w:tr>
      <w:tr>
        <w:trPr>
          <w:trHeight w:val="510"/>
        </w:trPr>
        <w:tc>
          <w:tcPr>
            <w:tcW w:type="dxa" w:w="3402"/>
            <w:shd w:val="clear" w:color="auto" w:fill="F3F4F6"/>
          </w:tcPr>
          <w:p>
            <w:r>
              <w:rPr>
                <w:b/>
              </w:rPr>
              <w:t>Relationship to the member</w:t>
            </w:r>
          </w:p>
        </w:tc>
        <w:tc>
          <w:tcPr>
            <w:tcW w:type="dxa" w:w="6009"/>
          </w:tcPr>
          <w:p>
            <w:r/>
          </w:p>
        </w:tc>
      </w:tr>
      <w:tr>
        <w:trPr>
          <w:trHeight w:val="510"/>
        </w:trPr>
        <w:tc>
          <w:tcPr>
            <w:tcW w:type="dxa" w:w="3402"/>
            <w:shd w:val="clear" w:color="auto" w:fill="F3F4F6"/>
          </w:tcPr>
          <w:p>
            <w:r>
              <w:rPr>
                <w:b/>
              </w:rPr>
              <w:t>Phone</w:t>
            </w:r>
          </w:p>
        </w:tc>
        <w:tc>
          <w:tcPr>
            <w:tcW w:type="dxa" w:w="6009"/>
          </w:tcPr>
          <w:p>
            <w:r/>
          </w:p>
        </w:tc>
      </w:tr>
      <w:tr>
        <w:trPr>
          <w:trHeight w:val="510"/>
        </w:trPr>
        <w:tc>
          <w:tcPr>
            <w:tcW w:type="dxa" w:w="3402"/>
            <w:shd w:val="clear" w:color="auto" w:fill="F3F4F6"/>
          </w:tcPr>
          <w:p>
            <w:r>
              <w:rPr>
                <w:b/>
              </w:rPr>
              <w:t>Second phone (optional)</w:t>
            </w:r>
          </w:p>
        </w:tc>
        <w:tc>
          <w:tcPr>
            <w:tcW w:type="dxa" w:w="6009"/>
          </w:tcPr>
          <w:p>
            <w:r/>
          </w:p>
        </w:tc>
      </w:tr>
    </w:tbl>
    <w:p/>
    <w:p>
      <w:pPr>
        <w:pStyle w:val="Heading1"/>
      </w:pPr>
      <w:r>
        <w:t>4. Medical information (optional)</w:t>
      </w:r>
    </w:p>
    <w:p>
      <w:r>
        <w:t>Tell us about any medical condition, allergy, medication or additional need our coaches should know about to keep you (or your child) safe, for example asthma, epilepsy or diabetes. Leave it blank if there is nothing.</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Condition or need, and what to do in an emergency</w:t>
            </w:r>
          </w:p>
        </w:tc>
        <w:tc>
          <w:tcPr>
            <w:tcW w:type="dxa" w:w="6009"/>
          </w:tcPr>
          <w:p>
            <w:r/>
          </w:p>
        </w:tc>
      </w:tr>
    </w:tbl>
    <w:p/>
    <w:p>
      <w:r>
        <w:rPr>
          <w:b/>
        </w:rPr>
        <w:t>Consent to hold medical information:</w:t>
      </w:r>
    </w:p>
    <w:p>
      <w:pPr>
        <w:ind w:left="340"/>
      </w:pPr>
      <w:r>
        <w:t>☐  I agree that the club may hold the medical information above and share it with the coaches and first aiders responsible for the member, so they can act in an emergency. I can withdraw this consent at any time by telling [role].</w:t>
      </w:r>
    </w:p>
    <w:p>
      <w:pPr>
        <w:pStyle w:val="Heading1"/>
      </w:pPr>
      <w:r>
        <w:t>5. For members under 18: parent or carer</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10"/>
        </w:trPr>
        <w:tc>
          <w:tcPr>
            <w:tcW w:type="dxa" w:w="3402"/>
            <w:shd w:val="clear" w:color="auto" w:fill="F3F4F6"/>
          </w:tcPr>
          <w:p>
            <w:r>
              <w:rPr>
                <w:b/>
              </w:rPr>
              <w:t>Parent or carer's name</w:t>
            </w:r>
          </w:p>
        </w:tc>
        <w:tc>
          <w:tcPr>
            <w:tcW w:type="dxa" w:w="6009"/>
          </w:tcPr>
          <w:p>
            <w:r/>
          </w:p>
        </w:tc>
      </w:tr>
      <w:tr>
        <w:trPr>
          <w:trHeight w:val="510"/>
        </w:trPr>
        <w:tc>
          <w:tcPr>
            <w:tcW w:type="dxa" w:w="3402"/>
            <w:shd w:val="clear" w:color="auto" w:fill="F3F4F6"/>
          </w:tcPr>
          <w:p>
            <w:r>
              <w:rPr>
                <w:b/>
              </w:rPr>
              <w:t>Relationship</w:t>
            </w:r>
          </w:p>
        </w:tc>
        <w:tc>
          <w:tcPr>
            <w:tcW w:type="dxa" w:w="6009"/>
          </w:tcPr>
          <w:p>
            <w:r/>
          </w:p>
        </w:tc>
      </w:tr>
      <w:tr>
        <w:trPr>
          <w:trHeight w:val="510"/>
        </w:trPr>
        <w:tc>
          <w:tcPr>
            <w:tcW w:type="dxa" w:w="3402"/>
            <w:shd w:val="clear" w:color="auto" w:fill="F3F4F6"/>
          </w:tcPr>
          <w:p>
            <w:r>
              <w:rPr>
                <w:b/>
              </w:rPr>
              <w:t>Phone</w:t>
            </w:r>
          </w:p>
        </w:tc>
        <w:tc>
          <w:tcPr>
            <w:tcW w:type="dxa" w:w="6009"/>
          </w:tcPr>
          <w:p>
            <w:r/>
          </w:p>
        </w:tc>
      </w:tr>
      <w:tr>
        <w:trPr>
          <w:trHeight w:val="510"/>
        </w:trPr>
        <w:tc>
          <w:tcPr>
            <w:tcW w:type="dxa" w:w="3402"/>
            <w:shd w:val="clear" w:color="auto" w:fill="F3F4F6"/>
          </w:tcPr>
          <w:p>
            <w:r>
              <w:rPr>
                <w:b/>
              </w:rPr>
              <w:t>Email</w:t>
            </w:r>
          </w:p>
        </w:tc>
        <w:tc>
          <w:tcPr>
            <w:tcW w:type="dxa" w:w="6009"/>
          </w:tcPr>
          <w:p>
            <w:r/>
          </w:p>
        </w:tc>
      </w:tr>
      <w:tr>
        <w:trPr>
          <w:trHeight w:val="510"/>
        </w:trPr>
        <w:tc>
          <w:tcPr>
            <w:tcW w:type="dxa" w:w="3402"/>
            <w:shd w:val="clear" w:color="auto" w:fill="F3F4F6"/>
          </w:tcPr>
          <w:p>
            <w:r>
              <w:rPr>
                <w:b/>
              </w:rPr>
              <w:t>Who may collect the child (names)</w:t>
            </w:r>
          </w:p>
        </w:tc>
        <w:tc>
          <w:tcPr>
            <w:tcW w:type="dxa" w:w="6009"/>
          </w:tcPr>
          <w:p>
            <w:r/>
          </w:p>
        </w:tc>
      </w:tr>
    </w:tbl>
    <w:p/>
    <w:p>
      <w:r>
        <w:rPr>
          <w:b/>
        </w:rPr>
        <w:t>Please tick:</w:t>
      </w:r>
    </w:p>
    <w:p>
      <w:pPr>
        <w:ind w:left="340"/>
      </w:pPr>
      <w:r>
        <w:t>☐  I agree to my child taking part in club activities, including [matches, competitions, trips].</w:t>
      </w:r>
    </w:p>
    <w:p>
      <w:pPr>
        <w:ind w:left="340"/>
      </w:pPr>
      <w:r>
        <w:t>☐  In an emergency, if I cannot be reached, I agree to the club seeking medical treatment for my child on medical advice.</w:t>
      </w:r>
    </w:p>
    <w:p>
      <w:pPr>
        <w:pStyle w:val="Heading1"/>
      </w:pPr>
      <w:r>
        <w:t>6. Photos and video</w:t>
      </w:r>
    </w:p>
    <w:p>
      <w:r>
        <w:t xml:space="preserve">We sometimes take photos and video at sessions and events. We never publish a junior member's full name with their picture. You can change your answer at any time by telling </w:t>
      </w:r>
      <w:r>
        <w:rPr>
          <w:shd w:val="clear" w:color="auto" w:fill="F3F4F6"/>
        </w:rPr>
        <w:t>[role]</w:t>
      </w:r>
      <w:r>
        <w:t>.</w:t>
      </w:r>
    </w:p>
    <w:p>
      <w:r>
        <w:rPr>
          <w:b/>
        </w:rPr>
        <w:t>Please tick one:</w:t>
      </w:r>
    </w:p>
    <w:p>
      <w:pPr>
        <w:ind w:left="340"/>
      </w:pPr>
      <w:r>
        <w:t>☐  Yes, the club may take and use photos and video of me / my child on its website, social media and printed materials.</w:t>
      </w:r>
    </w:p>
    <w:p>
      <w:pPr>
        <w:ind w:left="340"/>
      </w:pPr>
      <w:r>
        <w:t>☐  Yes, but for internal club use only (for example coaching feedback), not published.</w:t>
      </w:r>
    </w:p>
    <w:p>
      <w:pPr>
        <w:ind w:left="340"/>
      </w:pPr>
      <w:r>
        <w:t>☐  No photos or video, please.</w:t>
      </w:r>
    </w:p>
    <w:p>
      <w:pPr>
        <w:pStyle w:val="Heading1"/>
      </w:pPr>
      <w:r>
        <w:t>7. Keeping in touch</w:t>
      </w:r>
    </w:p>
    <w:p>
      <w:r>
        <w:t>We will contact you about your membership, sessions, fixtures, payments and safety, because we need to in order to run your membership. Separately, we would like to send you:</w:t>
      </w:r>
    </w:p>
    <w:p>
      <w:r>
        <w:rPr>
          <w:b/>
        </w:rPr>
        <w:t>Please tick if you would like them (optional):</w:t>
      </w:r>
    </w:p>
    <w:p>
      <w:pPr>
        <w:ind w:left="340"/>
      </w:pPr>
      <w:r>
        <w:t>☐  Club news and social events</w:t>
      </w:r>
    </w:p>
    <w:p>
      <w:pPr>
        <w:ind w:left="340"/>
      </w:pPr>
      <w:r>
        <w:t>☐  Offers from our sponsors [only if the club sends these]</w:t>
      </w:r>
    </w:p>
    <w:p>
      <w:pPr>
        <w:pStyle w:val="Heading1"/>
      </w:pPr>
      <w:r>
        <w:t>8. Declaration</w:t>
      </w:r>
    </w:p>
    <w:p>
      <w:pPr>
        <w:pStyle w:val="ListBullet"/>
      </w:pPr>
      <w:r>
        <w:t xml:space="preserve">I agree to follow the club's rules, constitution and code of conduct, and the rules of </w:t>
      </w:r>
      <w:r>
        <w:rPr>
          <w:shd w:val="clear" w:color="auto" w:fill="F3F4F6"/>
        </w:rPr>
        <w:t>[governing body]</w:t>
      </w:r>
      <w:r>
        <w:t>.</w:t>
      </w:r>
    </w:p>
    <w:p>
      <w:pPr>
        <w:pStyle w:val="ListBullet"/>
      </w:pPr>
      <w:r>
        <w:t xml:space="preserve">I understand the club is affiliated to </w:t>
      </w:r>
      <w:r>
        <w:rPr>
          <w:shd w:val="clear" w:color="auto" w:fill="F3F4F6"/>
        </w:rPr>
        <w:t>[governing body]</w:t>
      </w:r>
      <w:r>
        <w:t xml:space="preserve"> and my details will be shared with them to register me as a member </w:t>
      </w:r>
      <w:r>
        <w:rPr>
          <w:shd w:val="clear" w:color="auto" w:fill="F3F4F6"/>
        </w:rPr>
        <w:t>[and for their insurance]</w:t>
      </w:r>
      <w:r>
        <w:t>.</w:t>
      </w:r>
    </w:p>
    <w:p>
      <w:pPr>
        <w:pStyle w:val="ListBullet"/>
      </w:pPr>
      <w:r>
        <w:t>The information on this form is correct, and I will tell the club if it changes.</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67"/>
        </w:trPr>
        <w:tc>
          <w:tcPr>
            <w:tcW w:type="dxa" w:w="3402"/>
            <w:shd w:val="clear" w:color="auto" w:fill="F3F4F6"/>
          </w:tcPr>
          <w:p>
            <w:r>
              <w:t>Signature (member, or parent or carer if under 18)</w:t>
            </w:r>
          </w:p>
        </w:tc>
        <w:tc>
          <w:tcPr>
            <w:tcW w:type="dxa" w:w="6009"/>
          </w:tcPr>
          <w:p>
            <w:r/>
          </w:p>
        </w:tc>
      </w:tr>
      <w:tr>
        <w:trPr>
          <w:trHeight w:val="567"/>
        </w:trPr>
        <w:tc>
          <w:tcPr>
            <w:tcW w:type="dxa" w:w="3402"/>
            <w:shd w:val="clear" w:color="auto" w:fill="F3F4F6"/>
          </w:tcPr>
          <w:p>
            <w:r>
              <w:t>Name</w:t>
            </w:r>
          </w:p>
        </w:tc>
        <w:tc>
          <w:tcPr>
            <w:tcW w:type="dxa" w:w="6009"/>
          </w:tcPr>
          <w:p>
            <w:r/>
          </w:p>
        </w:tc>
      </w:tr>
      <w:tr>
        <w:trPr>
          <w:trHeight w:val="567"/>
        </w:trPr>
        <w:tc>
          <w:tcPr>
            <w:tcW w:type="dxa" w:w="3402"/>
            <w:shd w:val="clear" w:color="auto" w:fill="F3F4F6"/>
          </w:tcPr>
          <w:p>
            <w:r>
              <w:t>Date</w:t>
            </w:r>
          </w:p>
        </w:tc>
        <w:tc>
          <w:tcPr>
            <w:tcW w:type="dxa" w:w="6009"/>
          </w:tcPr>
          <w:p>
            <w:r/>
          </w:p>
        </w:tc>
      </w:tr>
    </w:tbl>
    <w:p/>
    <w:p>
      <w:pPr>
        <w:pStyle w:val="Heading1"/>
      </w:pPr>
      <w:r>
        <w:t>How we use your information</w:t>
      </w:r>
    </w:p>
    <w:p>
      <w:r>
        <w:rPr>
          <w:shd w:val="clear" w:color="auto" w:fill="F3F4F6"/>
        </w:rPr>
        <w:t>[Club name]</w:t>
      </w:r>
      <w:r>
        <w:t xml:space="preserve"> is the data controller for the information on this form. We use it to run your membership, keep you safe at sessions, collect subscriptions and register you with </w:t>
      </w:r>
      <w:r>
        <w:rPr>
          <w:shd w:val="clear" w:color="auto" w:fill="F3F4F6"/>
        </w:rPr>
        <w:t>[governing body]</w:t>
      </w:r>
      <w:r>
        <w:t>. Our lawful basis is that it is needed for your membership (contract) and to run the club safely (legitimate interests). We hold medical information and use photos only with your consent, and you can withdraw consent at any time.</w:t>
      </w:r>
    </w:p>
    <w:p>
      <w:r>
        <w:t xml:space="preserve">We share your information only with </w:t>
      </w:r>
      <w:r>
        <w:rPr>
          <w:shd w:val="clear" w:color="auto" w:fill="F3F4F6"/>
        </w:rPr>
        <w:t>[governing body]</w:t>
      </w:r>
      <w:r>
        <w:t xml:space="preserve">, our coaches and first aiders, and the services we use to run the club, such as </w:t>
      </w:r>
      <w:r>
        <w:rPr>
          <w:shd w:val="clear" w:color="auto" w:fill="F3F4F6"/>
        </w:rPr>
        <w:t>[membership and payment software, email]</w:t>
      </w:r>
      <w:r>
        <w:t xml:space="preserve">. We keep it for </w:t>
      </w:r>
      <w:r>
        <w:rPr>
          <w:shd w:val="clear" w:color="auto" w:fill="F3F4F6"/>
        </w:rPr>
        <w:t>[period, for example two years after your membership ends]</w:t>
      </w:r>
      <w:r>
        <w:t>, except where we must keep it longer, such as safeguarding or accident records.</w:t>
      </w:r>
    </w:p>
    <w:p>
      <w:r>
        <w:t xml:space="preserve">You can ask to see, correct or delete your information, or object to how we use it, by contacting </w:t>
      </w:r>
      <w:r>
        <w:rPr>
          <w:shd w:val="clear" w:color="auto" w:fill="F3F4F6"/>
        </w:rPr>
        <w:t>[role and email]</w:t>
      </w:r>
      <w:r>
        <w:t>. If you are unhappy with how we handle your information, you can complain to the Information Commissioner's Office at ico.org.uk.</w:t>
      </w:r>
    </w:p>
    <w:p>
      <w:r>
        <w:rPr>
          <w:i/>
          <w:color w:val="6B7280"/>
          <w:sz w:val="19"/>
        </w:rPr>
        <w:t>For club use: date received [ ], paid [ ], added to the membership list [ ], registered with the governing body [ ].</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dyno-app.com/club-admin. Use and adapt it freely. It is a starting point,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cs="Arial"/>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cs="Arial"/>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cs="Arial"/>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cs="Arial"/>
      <w:b/>
      <w:color w:val="1F293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name] Membership form</dc:title>
  <dc:subject/>
  <dc:creator>Dyno (dyno-app.com)</dc:creator>
  <cp:keywords/>
  <dc:description>generated by python-docx</dc:description>
  <cp:lastModifiedBy/>
  <cp:revision>1</cp:revision>
  <dcterms:created xsi:type="dcterms:W3CDTF">2013-12-23T23:15:00Z</dcterms:created>
  <dcterms:modified xsi:type="dcterms:W3CDTF">2013-12-23T23:15:00Z</dcterms:modified>
  <cp:category/>
</cp:coreProperties>
</file>