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[Club name] Annual General Meeting pack</w:t>
      </w:r>
    </w:p>
    <w:p>
      <w:r>
        <w:rPr>
          <w:i/>
          <w:color w:val="6B7280"/>
          <w:sz w:val="19"/>
        </w:rPr>
        <w:t>Notice of meeting, nomination form, agenda and minutes template.</w:t>
      </w:r>
    </w:p>
    <w:p>
      <w:r>
        <w:rPr>
          <w:i/>
          <w:color w:val="6B7280"/>
          <w:sz w:val="19"/>
        </w:rPr>
        <w:t>How to use this pack: your constitution sets the notice period, who can vote, the quorum and how officers are elected, so check it first and make these documents match it. Send the notice, the nomination form and the agenda together. This template is a starting point, not legal advice. Check it against your constitution, your governing body's rules and the official guidance linked from dyno-app.com/club-admin before you adopt it.</w:t>
      </w:r>
    </w:p>
    <w:p>
      <w:pPr>
        <w:pStyle w:val="Heading1"/>
      </w:pPr>
      <w:r>
        <w:t>Notice of Annual General Meeting</w:t>
      </w:r>
    </w:p>
    <w:p>
      <w:r>
        <w:t xml:space="preserve">Notice is given that the Annual General Meeting of </w:t>
      </w:r>
      <w:r>
        <w:rPr>
          <w:shd w:val="clear" w:color="auto" w:fill="F3F4F6"/>
        </w:rPr>
        <w:t>[Club name]</w:t>
      </w:r>
      <w:r>
        <w:t xml:space="preserve"> will be held on </w:t>
      </w:r>
      <w:r>
        <w:rPr>
          <w:shd w:val="clear" w:color="auto" w:fill="F3F4F6"/>
        </w:rPr>
        <w:t>[day, date]</w:t>
      </w:r>
      <w:r>
        <w:t xml:space="preserve"> at </w:t>
      </w:r>
      <w:r>
        <w:rPr>
          <w:shd w:val="clear" w:color="auto" w:fill="F3F4F6"/>
        </w:rPr>
        <w:t>[time]</w:t>
      </w:r>
      <w:r>
        <w:t xml:space="preserve"> at </w:t>
      </w:r>
      <w:r>
        <w:rPr>
          <w:shd w:val="clear" w:color="auto" w:fill="F3F4F6"/>
        </w:rPr>
        <w:t>[venue and address]</w:t>
      </w:r>
      <w:r>
        <w:t xml:space="preserve">. </w:t>
      </w:r>
      <w:r>
        <w:rPr>
          <w:shd w:val="clear" w:color="auto" w:fill="F3F4F6"/>
        </w:rPr>
        <w:t>[If members can join online, add the link or say how to get it.]</w:t>
      </w:r>
    </w:p>
    <w:p>
      <w:r>
        <w:t xml:space="preserve">All members are welcome. Members entitled to vote are </w:t>
      </w:r>
      <w:r>
        <w:rPr>
          <w:shd w:val="clear" w:color="auto" w:fill="F3F4F6"/>
        </w:rPr>
        <w:t>[for example, full adult members whose subscriptions are paid up]</w:t>
      </w:r>
      <w:r>
        <w:t xml:space="preserve">, as set out in section </w:t>
      </w:r>
      <w:r>
        <w:rPr>
          <w:shd w:val="clear" w:color="auto" w:fill="F3F4F6"/>
        </w:rPr>
        <w:t>[number]</w:t>
      </w:r>
      <w:r>
        <w:t xml:space="preserve"> of the constitution.</w:t>
      </w:r>
    </w:p>
    <w:p>
      <w:pPr>
        <w:pStyle w:val="Heading2"/>
      </w:pPr>
      <w:r>
        <w:t>Business of the meeting</w:t>
      </w:r>
    </w:p>
    <w:p>
      <w:pPr>
        <w:pStyle w:val="ListBullet"/>
      </w:pPr>
      <w:r>
        <w:t>To receive the reports of the chair, secretary and treasurer for the year.</w:t>
      </w:r>
    </w:p>
    <w:p>
      <w:pPr>
        <w:pStyle w:val="ListBullet"/>
      </w:pPr>
      <w:r>
        <w:t xml:space="preserve">To approve the accounts for the year ended </w:t>
      </w:r>
      <w:r>
        <w:rPr>
          <w:shd w:val="clear" w:color="auto" w:fill="F3F4F6"/>
        </w:rPr>
        <w:t>[date]</w:t>
      </w:r>
      <w:r>
        <w:t>.</w:t>
      </w:r>
    </w:p>
    <w:p>
      <w:pPr>
        <w:pStyle w:val="ListBullet"/>
      </w:pPr>
      <w:r>
        <w:t>To elect the officers and committee for the coming year.</w:t>
      </w:r>
    </w:p>
    <w:p>
      <w:pPr>
        <w:pStyle w:val="ListBullet"/>
      </w:pPr>
      <w:r>
        <w:t>To appoint an independent examiner for the accounts.</w:t>
      </w:r>
    </w:p>
    <w:p>
      <w:pPr>
        <w:pStyle w:val="ListBullet"/>
      </w:pPr>
      <w:r>
        <w:t>To consider the proposals set out in the agenda, and any received by the deadline below.</w:t>
      </w:r>
    </w:p>
    <w:p>
      <w:pPr>
        <w:pStyle w:val="Heading2"/>
      </w:pPr>
      <w:r>
        <w:t>Nominations and proposals</w:t>
      </w:r>
    </w:p>
    <w:p>
      <w:r>
        <w:t xml:space="preserve">Nominations for officer and committee roles, and any proposals (motions) members wish to put to the meeting, must reach the secretary by </w:t>
      </w:r>
      <w:r>
        <w:rPr>
          <w:shd w:val="clear" w:color="auto" w:fill="F3F4F6"/>
        </w:rPr>
        <w:t>[date, usually as set in the constitution]</w:t>
      </w:r>
      <w:r>
        <w:t xml:space="preserve"> at </w:t>
      </w:r>
      <w:r>
        <w:rPr>
          <w:shd w:val="clear" w:color="auto" w:fill="F3F4F6"/>
        </w:rPr>
        <w:t>[email address or postal address]</w:t>
      </w:r>
      <w:r>
        <w:t>. Each nomination needs a proposer and a seconder who are members, and the agreement of the person nominated.</w:t>
      </w:r>
    </w:p>
    <w:p>
      <w:r>
        <w:rPr>
          <w:shd w:val="clear" w:color="auto" w:fill="F3F4F6"/>
        </w:rPr>
        <w:t>[Any change to the constitution needs [a two-thirds majority / the majority set out in section X]</w:t>
      </w:r>
      <w:r>
        <w:t xml:space="preserve"> of members voting, and notice of the exact wording must be given with this notice.]</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67"/>
        </w:trPr>
        <w:tc>
          <w:tcPr>
            <w:tcW w:type="dxa" w:w="3402"/>
            <w:shd w:val="clear" w:color="auto" w:fill="F3F4F6"/>
          </w:tcPr>
          <w:p>
            <w:r>
              <w:t>Secretary</w:t>
            </w:r>
          </w:p>
        </w:tc>
        <w:tc>
          <w:tcPr>
            <w:tcW w:type="dxa" w:w="6009"/>
          </w:tcPr>
          <w:p>
            <w:r/>
          </w:p>
        </w:tc>
      </w:tr>
      <w:tr>
        <w:trPr>
          <w:trHeight w:val="567"/>
        </w:trPr>
        <w:tc>
          <w:tcPr>
            <w:tcW w:type="dxa" w:w="3402"/>
            <w:shd w:val="clear" w:color="auto" w:fill="F3F4F6"/>
          </w:tcPr>
          <w:p>
            <w:r>
              <w:t>Date of notice</w:t>
            </w:r>
          </w:p>
        </w:tc>
        <w:tc>
          <w:tcPr>
            <w:tcW w:type="dxa" w:w="6009"/>
          </w:tcPr>
          <w:p>
            <w:r/>
          </w:p>
        </w:tc>
      </w:tr>
    </w:tbl>
    <w:p/>
    <w:p>
      <w:r>
        <w:br w:type="page"/>
      </w:r>
    </w:p>
    <w:p>
      <w:pPr>
        <w:pStyle w:val="Heading1"/>
      </w:pPr>
      <w:r>
        <w:t>Nomination form</w:t>
      </w:r>
    </w:p>
    <w:p>
      <w:r>
        <w:t xml:space="preserve">Return this form to the secretary by </w:t>
      </w:r>
      <w:r>
        <w:rPr>
          <w:shd w:val="clear" w:color="auto" w:fill="F3F4F6"/>
        </w:rPr>
        <w:t>[date]</w:t>
      </w:r>
      <w:r>
        <w:t>.</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10"/>
        </w:trPr>
        <w:tc>
          <w:tcPr>
            <w:tcW w:type="dxa" w:w="3402"/>
            <w:shd w:val="clear" w:color="auto" w:fill="F3F4F6"/>
          </w:tcPr>
          <w:p>
            <w:r>
              <w:rPr>
                <w:b/>
              </w:rPr>
              <w:t>Role (for example Treasurer)</w:t>
            </w:r>
          </w:p>
        </w:tc>
        <w:tc>
          <w:tcPr>
            <w:tcW w:type="dxa" w:w="6009"/>
          </w:tcPr>
          <w:p>
            <w:r/>
          </w:p>
        </w:tc>
      </w:tr>
      <w:tr>
        <w:trPr>
          <w:trHeight w:val="510"/>
        </w:trPr>
        <w:tc>
          <w:tcPr>
            <w:tcW w:type="dxa" w:w="3402"/>
            <w:shd w:val="clear" w:color="auto" w:fill="F3F4F6"/>
          </w:tcPr>
          <w:p>
            <w:r>
              <w:rPr>
                <w:b/>
              </w:rPr>
              <w:t>Name of the person nominated</w:t>
            </w:r>
          </w:p>
        </w:tc>
        <w:tc>
          <w:tcPr>
            <w:tcW w:type="dxa" w:w="6009"/>
          </w:tcPr>
          <w:p>
            <w:r/>
          </w:p>
        </w:tc>
      </w:tr>
      <w:tr>
        <w:trPr>
          <w:trHeight w:val="510"/>
        </w:trPr>
        <w:tc>
          <w:tcPr>
            <w:tcW w:type="dxa" w:w="3402"/>
            <w:shd w:val="clear" w:color="auto" w:fill="F3F4F6"/>
          </w:tcPr>
          <w:p>
            <w:r>
              <w:rPr>
                <w:b/>
              </w:rPr>
              <w:t>Proposed by (name and signature)</w:t>
            </w:r>
          </w:p>
        </w:tc>
        <w:tc>
          <w:tcPr>
            <w:tcW w:type="dxa" w:w="6009"/>
          </w:tcPr>
          <w:p>
            <w:r/>
          </w:p>
        </w:tc>
      </w:tr>
      <w:tr>
        <w:trPr>
          <w:trHeight w:val="510"/>
        </w:trPr>
        <w:tc>
          <w:tcPr>
            <w:tcW w:type="dxa" w:w="3402"/>
            <w:shd w:val="clear" w:color="auto" w:fill="F3F4F6"/>
          </w:tcPr>
          <w:p>
            <w:r>
              <w:rPr>
                <w:b/>
              </w:rPr>
              <w:t>Seconded by (name and signature)</w:t>
            </w:r>
          </w:p>
        </w:tc>
        <w:tc>
          <w:tcPr>
            <w:tcW w:type="dxa" w:w="6009"/>
          </w:tcPr>
          <w:p>
            <w:r/>
          </w:p>
        </w:tc>
      </w:tr>
      <w:tr>
        <w:trPr>
          <w:trHeight w:val="510"/>
        </w:trPr>
        <w:tc>
          <w:tcPr>
            <w:tcW w:type="dxa" w:w="3402"/>
            <w:shd w:val="clear" w:color="auto" w:fill="F3F4F6"/>
          </w:tcPr>
          <w:p>
            <w:r>
              <w:rPr>
                <w:b/>
              </w:rPr>
              <w:t>I agree to stand (signature of nominee)</w:t>
            </w:r>
          </w:p>
        </w:tc>
        <w:tc>
          <w:tcPr>
            <w:tcW w:type="dxa" w:w="6009"/>
          </w:tcPr>
          <w:p>
            <w:r/>
          </w:p>
        </w:tc>
      </w:tr>
      <w:tr>
        <w:trPr>
          <w:trHeight w:val="510"/>
        </w:trPr>
        <w:tc>
          <w:tcPr>
            <w:tcW w:type="dxa" w:w="3402"/>
            <w:shd w:val="clear" w:color="auto" w:fill="F3F4F6"/>
          </w:tcPr>
          <w:p>
            <w:r>
              <w:rPr>
                <w:b/>
              </w:rPr>
              <w:t>Date</w:t>
            </w:r>
          </w:p>
        </w:tc>
        <w:tc>
          <w:tcPr>
            <w:tcW w:type="dxa" w:w="6009"/>
          </w:tcPr>
          <w:p>
            <w:r/>
          </w:p>
        </w:tc>
      </w:tr>
    </w:tbl>
    <w:p/>
    <w:p>
      <w:pPr>
        <w:pStyle w:val="Heading2"/>
      </w:pPr>
      <w:r>
        <w:t>Proposal (motion) form</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10"/>
        </w:trPr>
        <w:tc>
          <w:tcPr>
            <w:tcW w:type="dxa" w:w="3402"/>
            <w:shd w:val="clear" w:color="auto" w:fill="F3F4F6"/>
          </w:tcPr>
          <w:p>
            <w:r>
              <w:rPr>
                <w:b/>
              </w:rPr>
              <w:t>Wording of the proposal</w:t>
            </w:r>
          </w:p>
        </w:tc>
        <w:tc>
          <w:tcPr>
            <w:tcW w:type="dxa" w:w="6009"/>
          </w:tcPr>
          <w:p>
            <w:r/>
          </w:p>
        </w:tc>
      </w:tr>
      <w:tr>
        <w:trPr>
          <w:trHeight w:val="510"/>
        </w:trPr>
        <w:tc>
          <w:tcPr>
            <w:tcW w:type="dxa" w:w="3402"/>
            <w:shd w:val="clear" w:color="auto" w:fill="F3F4F6"/>
          </w:tcPr>
          <w:p>
            <w:r>
              <w:rPr>
                <w:b/>
              </w:rPr>
              <w:t>Reason (optional)</w:t>
            </w:r>
          </w:p>
        </w:tc>
        <w:tc>
          <w:tcPr>
            <w:tcW w:type="dxa" w:w="6009"/>
          </w:tcPr>
          <w:p>
            <w:r/>
          </w:p>
        </w:tc>
      </w:tr>
      <w:tr>
        <w:trPr>
          <w:trHeight w:val="510"/>
        </w:trPr>
        <w:tc>
          <w:tcPr>
            <w:tcW w:type="dxa" w:w="3402"/>
            <w:shd w:val="clear" w:color="auto" w:fill="F3F4F6"/>
          </w:tcPr>
          <w:p>
            <w:r>
              <w:rPr>
                <w:b/>
              </w:rPr>
              <w:t>Proposed by (name and signature)</w:t>
            </w:r>
          </w:p>
        </w:tc>
        <w:tc>
          <w:tcPr>
            <w:tcW w:type="dxa" w:w="6009"/>
          </w:tcPr>
          <w:p>
            <w:r/>
          </w:p>
        </w:tc>
      </w:tr>
      <w:tr>
        <w:trPr>
          <w:trHeight w:val="510"/>
        </w:trPr>
        <w:tc>
          <w:tcPr>
            <w:tcW w:type="dxa" w:w="3402"/>
            <w:shd w:val="clear" w:color="auto" w:fill="F3F4F6"/>
          </w:tcPr>
          <w:p>
            <w:r>
              <w:rPr>
                <w:b/>
              </w:rPr>
              <w:t>Seconded by (name and signature)</w:t>
            </w:r>
          </w:p>
        </w:tc>
        <w:tc>
          <w:tcPr>
            <w:tcW w:type="dxa" w:w="6009"/>
          </w:tcPr>
          <w:p>
            <w:r/>
          </w:p>
        </w:tc>
      </w:tr>
      <w:tr>
        <w:trPr>
          <w:trHeight w:val="510"/>
        </w:trPr>
        <w:tc>
          <w:tcPr>
            <w:tcW w:type="dxa" w:w="3402"/>
            <w:shd w:val="clear" w:color="auto" w:fill="F3F4F6"/>
          </w:tcPr>
          <w:p>
            <w:r>
              <w:rPr>
                <w:b/>
              </w:rPr>
              <w:t>Date</w:t>
            </w:r>
          </w:p>
        </w:tc>
        <w:tc>
          <w:tcPr>
            <w:tcW w:type="dxa" w:w="6009"/>
          </w:tcPr>
          <w:p>
            <w:r/>
          </w:p>
        </w:tc>
      </w:tr>
    </w:tbl>
    <w:p/>
    <w:p>
      <w:r>
        <w:br w:type="page"/>
      </w:r>
    </w:p>
    <w:p>
      <w:pPr>
        <w:pStyle w:val="Heading1"/>
      </w:pPr>
      <w:r>
        <w:t>Agenda</w:t>
      </w:r>
    </w:p>
    <w:p>
      <w:r>
        <w:rPr>
          <w:shd w:val="clear" w:color="auto" w:fill="F3F4F6"/>
        </w:rPr>
        <w:t>[Club name]</w:t>
      </w:r>
      <w:r>
        <w:t xml:space="preserve"> Annual General Meeting, </w:t>
      </w:r>
      <w:r>
        <w:rPr>
          <w:shd w:val="clear" w:color="auto" w:fill="F3F4F6"/>
        </w:rPr>
        <w:t>[date]</w:t>
      </w:r>
      <w:r>
        <w:t xml:space="preserve"> at </w:t>
      </w:r>
      <w:r>
        <w:rPr>
          <w:shd w:val="clear" w:color="auto" w:fill="F3F4F6"/>
        </w:rPr>
        <w:t>[time]</w:t>
      </w:r>
      <w:r>
        <w:t xml:space="preserve">, </w:t>
      </w:r>
      <w:r>
        <w:rPr>
          <w:shd w:val="clear" w:color="auto" w:fill="F3F4F6"/>
        </w:rPr>
        <w:t>[venue]</w:t>
      </w:r>
      <w:r>
        <w:t>.</w:t>
      </w:r>
    </w:p>
    <w:p>
      <w:pPr>
        <w:tabs>
          <w:tab w:pos="567" w:val="left"/>
        </w:tabs>
        <w:ind w:left="567" w:hanging="567"/>
      </w:pPr>
      <w:r>
        <w:rPr>
          <w:b/>
        </w:rPr>
        <w:t>Item.1</w:t>
        <w:tab/>
      </w:r>
      <w:r>
        <w:t>Welcome, and confirmation that the meeting is quorate.</w:t>
      </w:r>
    </w:p>
    <w:p>
      <w:pPr>
        <w:tabs>
          <w:tab w:pos="567" w:val="left"/>
        </w:tabs>
        <w:ind w:left="567" w:hanging="567"/>
      </w:pPr>
      <w:r>
        <w:rPr>
          <w:b/>
        </w:rPr>
        <w:t>Item.2</w:t>
        <w:tab/>
      </w:r>
      <w:r>
        <w:t>Apologies for absence.</w:t>
      </w:r>
    </w:p>
    <w:p>
      <w:pPr>
        <w:tabs>
          <w:tab w:pos="567" w:val="left"/>
        </w:tabs>
        <w:ind w:left="567" w:hanging="567"/>
      </w:pPr>
      <w:r>
        <w:rPr>
          <w:b/>
        </w:rPr>
        <w:t>Item.3</w:t>
        <w:tab/>
      </w:r>
      <w:r>
        <w:t xml:space="preserve">Minutes of the last AGM, held on </w:t>
      </w:r>
      <w:r>
        <w:rPr>
          <w:shd w:val="clear" w:color="auto" w:fill="F3F4F6"/>
        </w:rPr>
        <w:t>[date]</w:t>
      </w:r>
      <w:r>
        <w:t>: to approve them as a correct record.</w:t>
      </w:r>
    </w:p>
    <w:p>
      <w:pPr>
        <w:tabs>
          <w:tab w:pos="567" w:val="left"/>
        </w:tabs>
        <w:ind w:left="567" w:hanging="567"/>
      </w:pPr>
      <w:r>
        <w:rPr>
          <w:b/>
        </w:rPr>
        <w:t>Item.4</w:t>
        <w:tab/>
      </w:r>
      <w:r>
        <w:t>Matters arising from those minutes.</w:t>
      </w:r>
    </w:p>
    <w:p>
      <w:pPr>
        <w:tabs>
          <w:tab w:pos="567" w:val="left"/>
        </w:tabs>
        <w:ind w:left="567" w:hanging="567"/>
      </w:pPr>
      <w:r>
        <w:rPr>
          <w:b/>
        </w:rPr>
        <w:t>Item.5</w:t>
        <w:tab/>
      </w:r>
      <w:r>
        <w:t>Chair's report.</w:t>
      </w:r>
    </w:p>
    <w:p>
      <w:pPr>
        <w:tabs>
          <w:tab w:pos="567" w:val="left"/>
        </w:tabs>
        <w:ind w:left="567" w:hanging="567"/>
      </w:pPr>
      <w:r>
        <w:rPr>
          <w:b/>
        </w:rPr>
        <w:t>Item.6</w:t>
        <w:tab/>
      </w:r>
      <w:r>
        <w:t>Secretary's report, including membership numbers.</w:t>
      </w:r>
    </w:p>
    <w:p>
      <w:pPr>
        <w:tabs>
          <w:tab w:pos="567" w:val="left"/>
        </w:tabs>
        <w:ind w:left="567" w:hanging="567"/>
      </w:pPr>
      <w:r>
        <w:rPr>
          <w:b/>
        </w:rPr>
        <w:t>Item.7</w:t>
        <w:tab/>
      </w:r>
      <w:r>
        <w:t xml:space="preserve">Treasurer's report and the accounts for the year ended </w:t>
      </w:r>
      <w:r>
        <w:rPr>
          <w:shd w:val="clear" w:color="auto" w:fill="F3F4F6"/>
        </w:rPr>
        <w:t>[date]</w:t>
      </w:r>
      <w:r>
        <w:t>: to approve the accounts.</w:t>
      </w:r>
    </w:p>
    <w:p>
      <w:pPr>
        <w:tabs>
          <w:tab w:pos="567" w:val="left"/>
        </w:tabs>
        <w:ind w:left="567" w:hanging="567"/>
      </w:pPr>
      <w:r>
        <w:rPr>
          <w:b/>
        </w:rPr>
        <w:t>Item.8</w:t>
        <w:tab/>
      </w:r>
      <w:r>
        <w:rPr>
          <w:shd w:val="clear" w:color="auto" w:fill="F3F4F6"/>
        </w:rPr>
        <w:t>[Welfare officer's report, and any other officers' reports.]</w:t>
      </w:r>
    </w:p>
    <w:p>
      <w:pPr>
        <w:tabs>
          <w:tab w:pos="567" w:val="left"/>
        </w:tabs>
        <w:ind w:left="567" w:hanging="567"/>
      </w:pPr>
      <w:r>
        <w:rPr>
          <w:b/>
        </w:rPr>
        <w:t>Item.9</w:t>
        <w:tab/>
      </w:r>
      <w:r>
        <w:t>Appointment of an independent examiner for the coming year.</w:t>
      </w:r>
    </w:p>
    <w:p>
      <w:pPr>
        <w:tabs>
          <w:tab w:pos="567" w:val="left"/>
        </w:tabs>
        <w:ind w:left="567" w:hanging="567"/>
      </w:pPr>
      <w:r>
        <w:rPr>
          <w:b/>
        </w:rPr>
        <w:t>Item.10</w:t>
        <w:tab/>
      </w:r>
      <w:r>
        <w:rPr>
          <w:shd w:val="clear" w:color="auto" w:fill="F3F4F6"/>
        </w:rPr>
        <w:t>[Subscriptions for the coming year, if the constitution says the AGM sets them.]</w:t>
      </w:r>
    </w:p>
    <w:p>
      <w:pPr>
        <w:tabs>
          <w:tab w:pos="567" w:val="left"/>
        </w:tabs>
        <w:ind w:left="567" w:hanging="567"/>
      </w:pPr>
      <w:r>
        <w:rPr>
          <w:b/>
        </w:rPr>
        <w:t>Item.11</w:t>
        <w:tab/>
      </w:r>
      <w:r>
        <w:t xml:space="preserve">Election of officers: chair, secretary, treasurer, </w:t>
      </w:r>
      <w:r>
        <w:rPr>
          <w:shd w:val="clear" w:color="auto" w:fill="F3F4F6"/>
        </w:rPr>
        <w:t>[welfare officer]</w:t>
      </w:r>
      <w:r>
        <w:t xml:space="preserve">, </w:t>
      </w:r>
      <w:r>
        <w:rPr>
          <w:shd w:val="clear" w:color="auto" w:fill="F3F4F6"/>
        </w:rPr>
        <w:t>[others]</w:t>
      </w:r>
      <w:r>
        <w:t>.</w:t>
      </w:r>
    </w:p>
    <w:p>
      <w:pPr>
        <w:tabs>
          <w:tab w:pos="567" w:val="left"/>
        </w:tabs>
        <w:ind w:left="567" w:hanging="567"/>
      </w:pPr>
      <w:r>
        <w:rPr>
          <w:b/>
        </w:rPr>
        <w:t>Item.12</w:t>
        <w:tab/>
      </w:r>
      <w:r>
        <w:t>Election of committee members.</w:t>
      </w:r>
    </w:p>
    <w:p>
      <w:pPr>
        <w:tabs>
          <w:tab w:pos="567" w:val="left"/>
        </w:tabs>
        <w:ind w:left="567" w:hanging="567"/>
      </w:pPr>
      <w:r>
        <w:rPr>
          <w:b/>
        </w:rPr>
        <w:t>Item.13</w:t>
        <w:tab/>
      </w:r>
      <w:r>
        <w:t xml:space="preserve">Proposals received by the deadline: </w:t>
      </w:r>
      <w:r>
        <w:rPr>
          <w:shd w:val="clear" w:color="auto" w:fill="F3F4F6"/>
        </w:rPr>
        <w:t>[list each with the proposer's name]</w:t>
      </w:r>
      <w:r>
        <w:t>.</w:t>
      </w:r>
    </w:p>
    <w:p>
      <w:pPr>
        <w:tabs>
          <w:tab w:pos="567" w:val="left"/>
        </w:tabs>
        <w:ind w:left="567" w:hanging="567"/>
      </w:pPr>
      <w:r>
        <w:rPr>
          <w:b/>
        </w:rPr>
        <w:t>Item.14</w:t>
        <w:tab/>
      </w:r>
      <w:r>
        <w:t>Any other business, if the chair allows it. Decisions that need notice cannot be taken here.</w:t>
      </w:r>
    </w:p>
    <w:p>
      <w:pPr>
        <w:tabs>
          <w:tab w:pos="567" w:val="left"/>
        </w:tabs>
        <w:ind w:left="567" w:hanging="567"/>
      </w:pPr>
      <w:r>
        <w:rPr>
          <w:b/>
        </w:rPr>
        <w:t>Item.15</w:t>
        <w:tab/>
      </w:r>
      <w:r>
        <w:t>Date of the next AGM, and close.</w:t>
      </w:r>
    </w:p>
    <w:p>
      <w:r>
        <w:br w:type="page"/>
      </w:r>
    </w:p>
    <w:p>
      <w:pPr>
        <w:pStyle w:val="Heading1"/>
      </w:pPr>
      <w:r>
        <w:t>Minutes of the Annual General Meeting</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10"/>
        </w:trPr>
        <w:tc>
          <w:tcPr>
            <w:tcW w:type="dxa" w:w="3402"/>
            <w:shd w:val="clear" w:color="auto" w:fill="F3F4F6"/>
          </w:tcPr>
          <w:p>
            <w:r>
              <w:rPr>
                <w:b/>
              </w:rPr>
              <w:t>Club</w:t>
            </w:r>
          </w:p>
        </w:tc>
        <w:tc>
          <w:tcPr>
            <w:tcW w:type="dxa" w:w="6009"/>
          </w:tcPr>
          <w:p>
            <w:r/>
          </w:p>
        </w:tc>
      </w:tr>
      <w:tr>
        <w:trPr>
          <w:trHeight w:val="510"/>
        </w:trPr>
        <w:tc>
          <w:tcPr>
            <w:tcW w:type="dxa" w:w="3402"/>
            <w:shd w:val="clear" w:color="auto" w:fill="F3F4F6"/>
          </w:tcPr>
          <w:p>
            <w:r>
              <w:rPr>
                <w:b/>
              </w:rPr>
              <w:t>Date, time and venue</w:t>
            </w:r>
          </w:p>
        </w:tc>
        <w:tc>
          <w:tcPr>
            <w:tcW w:type="dxa" w:w="6009"/>
          </w:tcPr>
          <w:p>
            <w:r/>
          </w:p>
        </w:tc>
      </w:tr>
      <w:tr>
        <w:trPr>
          <w:trHeight w:val="510"/>
        </w:trPr>
        <w:tc>
          <w:tcPr>
            <w:tcW w:type="dxa" w:w="3402"/>
            <w:shd w:val="clear" w:color="auto" w:fill="F3F4F6"/>
          </w:tcPr>
          <w:p>
            <w:r>
              <w:rPr>
                <w:b/>
              </w:rPr>
              <w:t>Chair of the meeting</w:t>
            </w:r>
          </w:p>
        </w:tc>
        <w:tc>
          <w:tcPr>
            <w:tcW w:type="dxa" w:w="6009"/>
          </w:tcPr>
          <w:p>
            <w:r/>
          </w:p>
        </w:tc>
      </w:tr>
      <w:tr>
        <w:trPr>
          <w:trHeight w:val="510"/>
        </w:trPr>
        <w:tc>
          <w:tcPr>
            <w:tcW w:type="dxa" w:w="3402"/>
            <w:shd w:val="clear" w:color="auto" w:fill="F3F4F6"/>
          </w:tcPr>
          <w:p>
            <w:r>
              <w:rPr>
                <w:b/>
              </w:rPr>
              <w:t>Minutes taken by</w:t>
            </w:r>
          </w:p>
        </w:tc>
        <w:tc>
          <w:tcPr>
            <w:tcW w:type="dxa" w:w="6009"/>
          </w:tcPr>
          <w:p>
            <w:r/>
          </w:p>
        </w:tc>
      </w:tr>
      <w:tr>
        <w:trPr>
          <w:trHeight w:val="510"/>
        </w:trPr>
        <w:tc>
          <w:tcPr>
            <w:tcW w:type="dxa" w:w="3402"/>
            <w:shd w:val="clear" w:color="auto" w:fill="F3F4F6"/>
          </w:tcPr>
          <w:p>
            <w:r>
              <w:rPr>
                <w:b/>
              </w:rPr>
              <w:t>Members present (number, and attach the sign-in sheet)</w:t>
            </w:r>
          </w:p>
        </w:tc>
        <w:tc>
          <w:tcPr>
            <w:tcW w:type="dxa" w:w="6009"/>
          </w:tcPr>
          <w:p>
            <w:r/>
          </w:p>
        </w:tc>
      </w:tr>
      <w:tr>
        <w:trPr>
          <w:trHeight w:val="510"/>
        </w:trPr>
        <w:tc>
          <w:tcPr>
            <w:tcW w:type="dxa" w:w="3402"/>
            <w:shd w:val="clear" w:color="auto" w:fill="F3F4F6"/>
          </w:tcPr>
          <w:p>
            <w:r>
              <w:rPr>
                <w:b/>
              </w:rPr>
              <w:t>Quorum required and whether it was met</w:t>
            </w:r>
          </w:p>
        </w:tc>
        <w:tc>
          <w:tcPr>
            <w:tcW w:type="dxa" w:w="6009"/>
          </w:tcPr>
          <w:p>
            <w:r/>
          </w:p>
        </w:tc>
      </w:tr>
      <w:tr>
        <w:trPr>
          <w:trHeight w:val="510"/>
        </w:trPr>
        <w:tc>
          <w:tcPr>
            <w:tcW w:type="dxa" w:w="3402"/>
            <w:shd w:val="clear" w:color="auto" w:fill="F3F4F6"/>
          </w:tcPr>
          <w:p>
            <w:r>
              <w:rPr>
                <w:b/>
              </w:rPr>
              <w:t>Apologies received from</w:t>
            </w:r>
          </w:p>
        </w:tc>
        <w:tc>
          <w:tcPr>
            <w:tcW w:type="dxa" w:w="6009"/>
          </w:tcPr>
          <w:p>
            <w:r/>
          </w:p>
        </w:tc>
      </w:tr>
    </w:tbl>
    <w:p/>
    <w:p>
      <w:r>
        <w:t>Record each agenda item: a short summary of what was said, the exact wording of every decision, and the votes for, against and abstaining where a vote was taken.</w:t>
      </w:r>
    </w:p>
    <w:tbl>
      <w:tblPr>
        <w:tblW w:w="9411" w:type="dxa"/>
        <w:jc w:val="left"/>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2551"/>
        <w:gridCol w:w="3969"/>
        <w:gridCol w:w="2891"/>
      </w:tblGrid>
      <w:tr>
        <w:tc>
          <w:tcPr>
            <w:tcW w:type="dxa" w:w="2551"/>
            <w:shd w:val="clear" w:color="auto" w:fill="E5E7EB"/>
          </w:tcPr>
          <w:p>
            <w:pPr>
              <w:spacing w:after="40"/>
            </w:pPr>
            <w:r>
              <w:rPr>
                <w:b/>
              </w:rPr>
            </w:r>
            <w:r>
              <w:rPr>
                <w:b/>
              </w:rPr>
              <w:t>Item</w:t>
            </w:r>
          </w:p>
        </w:tc>
        <w:tc>
          <w:tcPr>
            <w:tcW w:type="dxa" w:w="3969"/>
            <w:shd w:val="clear" w:color="auto" w:fill="E5E7EB"/>
          </w:tcPr>
          <w:p>
            <w:pPr>
              <w:spacing w:after="40"/>
            </w:pPr>
            <w:r>
              <w:rPr>
                <w:b/>
              </w:rPr>
            </w:r>
            <w:r>
              <w:rPr>
                <w:b/>
              </w:rPr>
              <w:t>Discussion (brief)</w:t>
            </w:r>
          </w:p>
        </w:tc>
        <w:tc>
          <w:tcPr>
            <w:tcW w:type="dxa" w:w="2891"/>
            <w:shd w:val="clear" w:color="auto" w:fill="E5E7EB"/>
          </w:tcPr>
          <w:p>
            <w:pPr>
              <w:spacing w:after="40"/>
            </w:pPr>
            <w:r>
              <w:rPr>
                <w:b/>
              </w:rPr>
            </w:r>
            <w:r>
              <w:rPr>
                <w:b/>
              </w:rPr>
              <w:t>Decision and vote</w:t>
            </w:r>
          </w:p>
        </w:tc>
      </w:tr>
      <w:tr>
        <w:tc>
          <w:tcPr>
            <w:tcW w:type="dxa" w:w="2551"/>
          </w:tcPr>
          <w:p>
            <w:pPr>
              <w:spacing w:after="40"/>
            </w:pPr>
            <w:r/>
            <w:r>
              <w:t>1. Welcome and quorum</w:t>
            </w:r>
          </w:p>
        </w:tc>
        <w:tc>
          <w:tcPr>
            <w:tcW w:type="dxa" w:w="3969"/>
          </w:tcPr>
          <w:p>
            <w:pPr>
              <w:spacing w:after="40"/>
            </w:pPr>
            <w:r/>
          </w:p>
        </w:tc>
        <w:tc>
          <w:tcPr>
            <w:tcW w:type="dxa" w:w="2891"/>
          </w:tcPr>
          <w:p>
            <w:pPr>
              <w:spacing w:after="40"/>
            </w:pPr>
            <w:r/>
          </w:p>
        </w:tc>
      </w:tr>
      <w:tr>
        <w:tc>
          <w:tcPr>
            <w:tcW w:type="dxa" w:w="2551"/>
          </w:tcPr>
          <w:p>
            <w:pPr>
              <w:spacing w:after="40"/>
            </w:pPr>
            <w:r/>
            <w:r>
              <w:t>2. Apologies</w:t>
            </w:r>
          </w:p>
        </w:tc>
        <w:tc>
          <w:tcPr>
            <w:tcW w:type="dxa" w:w="3969"/>
          </w:tcPr>
          <w:p>
            <w:pPr>
              <w:spacing w:after="40"/>
            </w:pPr>
            <w:r/>
          </w:p>
        </w:tc>
        <w:tc>
          <w:tcPr>
            <w:tcW w:type="dxa" w:w="2891"/>
          </w:tcPr>
          <w:p>
            <w:pPr>
              <w:spacing w:after="40"/>
            </w:pPr>
            <w:r/>
          </w:p>
        </w:tc>
      </w:tr>
      <w:tr>
        <w:tc>
          <w:tcPr>
            <w:tcW w:type="dxa" w:w="2551"/>
          </w:tcPr>
          <w:p>
            <w:pPr>
              <w:spacing w:after="40"/>
            </w:pPr>
            <w:r/>
            <w:r>
              <w:t>3. Last year's minutes</w:t>
            </w:r>
          </w:p>
        </w:tc>
        <w:tc>
          <w:tcPr>
            <w:tcW w:type="dxa" w:w="3969"/>
          </w:tcPr>
          <w:p>
            <w:pPr>
              <w:spacing w:after="40"/>
            </w:pPr>
            <w:r/>
          </w:p>
        </w:tc>
        <w:tc>
          <w:tcPr>
            <w:tcW w:type="dxa" w:w="2891"/>
          </w:tcPr>
          <w:p>
            <w:pPr>
              <w:spacing w:after="40"/>
            </w:pPr>
            <w:r/>
            <w:r>
              <w:t xml:space="preserve">Approved as a correct record. Proposed </w:t>
            </w:r>
            <w:r>
              <w:rPr>
                <w:shd w:val="clear" w:color="auto" w:fill="F3F4F6"/>
              </w:rPr>
              <w:t>[ ]</w:t>
            </w:r>
            <w:r>
              <w:t xml:space="preserve">, seconded </w:t>
            </w:r>
            <w:r>
              <w:rPr>
                <w:shd w:val="clear" w:color="auto" w:fill="F3F4F6"/>
              </w:rPr>
              <w:t>[ ]</w:t>
            </w:r>
            <w:r>
              <w:t>.</w:t>
            </w:r>
          </w:p>
        </w:tc>
      </w:tr>
      <w:tr>
        <w:tc>
          <w:tcPr>
            <w:tcW w:type="dxa" w:w="2551"/>
          </w:tcPr>
          <w:p>
            <w:pPr>
              <w:spacing w:after="40"/>
            </w:pPr>
            <w:r/>
            <w:r>
              <w:t>4. Matters arising</w:t>
            </w:r>
          </w:p>
        </w:tc>
        <w:tc>
          <w:tcPr>
            <w:tcW w:type="dxa" w:w="3969"/>
          </w:tcPr>
          <w:p>
            <w:pPr>
              <w:spacing w:after="40"/>
            </w:pPr>
            <w:r/>
          </w:p>
        </w:tc>
        <w:tc>
          <w:tcPr>
            <w:tcW w:type="dxa" w:w="2891"/>
          </w:tcPr>
          <w:p>
            <w:pPr>
              <w:spacing w:after="40"/>
            </w:pPr>
            <w:r/>
          </w:p>
        </w:tc>
      </w:tr>
      <w:tr>
        <w:tc>
          <w:tcPr>
            <w:tcW w:type="dxa" w:w="2551"/>
          </w:tcPr>
          <w:p>
            <w:pPr>
              <w:spacing w:after="40"/>
            </w:pPr>
            <w:r/>
            <w:r>
              <w:t>5. Chair's report</w:t>
            </w:r>
          </w:p>
        </w:tc>
        <w:tc>
          <w:tcPr>
            <w:tcW w:type="dxa" w:w="3969"/>
          </w:tcPr>
          <w:p>
            <w:pPr>
              <w:spacing w:after="40"/>
            </w:pPr>
            <w:r/>
          </w:p>
        </w:tc>
        <w:tc>
          <w:tcPr>
            <w:tcW w:type="dxa" w:w="2891"/>
          </w:tcPr>
          <w:p>
            <w:pPr>
              <w:spacing w:after="40"/>
            </w:pPr>
            <w:r/>
            <w:r>
              <w:t>Received.</w:t>
            </w:r>
          </w:p>
        </w:tc>
      </w:tr>
      <w:tr>
        <w:tc>
          <w:tcPr>
            <w:tcW w:type="dxa" w:w="2551"/>
          </w:tcPr>
          <w:p>
            <w:pPr>
              <w:spacing w:after="40"/>
            </w:pPr>
            <w:r/>
            <w:r>
              <w:t>6. Secretary's report</w:t>
            </w:r>
          </w:p>
        </w:tc>
        <w:tc>
          <w:tcPr>
            <w:tcW w:type="dxa" w:w="3969"/>
          </w:tcPr>
          <w:p>
            <w:pPr>
              <w:spacing w:after="40"/>
            </w:pPr>
            <w:r/>
          </w:p>
        </w:tc>
        <w:tc>
          <w:tcPr>
            <w:tcW w:type="dxa" w:w="2891"/>
          </w:tcPr>
          <w:p>
            <w:pPr>
              <w:spacing w:after="40"/>
            </w:pPr>
            <w:r/>
            <w:r>
              <w:t>Received.</w:t>
            </w:r>
          </w:p>
        </w:tc>
      </w:tr>
      <w:tr>
        <w:tc>
          <w:tcPr>
            <w:tcW w:type="dxa" w:w="2551"/>
          </w:tcPr>
          <w:p>
            <w:pPr>
              <w:spacing w:after="40"/>
            </w:pPr>
            <w:r/>
            <w:r>
              <w:t>7. Treasurer's report and accounts</w:t>
            </w:r>
          </w:p>
        </w:tc>
        <w:tc>
          <w:tcPr>
            <w:tcW w:type="dxa" w:w="3969"/>
          </w:tcPr>
          <w:p>
            <w:pPr>
              <w:spacing w:after="40"/>
            </w:pPr>
            <w:r/>
          </w:p>
        </w:tc>
        <w:tc>
          <w:tcPr>
            <w:tcW w:type="dxa" w:w="2891"/>
          </w:tcPr>
          <w:p>
            <w:pPr>
              <w:spacing w:after="40"/>
            </w:pPr>
            <w:r/>
            <w:r>
              <w:t xml:space="preserve">Accounts approved. For </w:t>
            </w:r>
            <w:r>
              <w:rPr>
                <w:shd w:val="clear" w:color="auto" w:fill="F3F4F6"/>
              </w:rPr>
              <w:t>[ ]</w:t>
            </w:r>
            <w:r>
              <w:t xml:space="preserve">, against </w:t>
            </w:r>
            <w:r>
              <w:rPr>
                <w:shd w:val="clear" w:color="auto" w:fill="F3F4F6"/>
              </w:rPr>
              <w:t>[ ]</w:t>
            </w:r>
            <w:r>
              <w:t xml:space="preserve">, abstain </w:t>
            </w:r>
            <w:r>
              <w:rPr>
                <w:shd w:val="clear" w:color="auto" w:fill="F3F4F6"/>
              </w:rPr>
              <w:t>[ ]</w:t>
            </w:r>
            <w:r>
              <w:t>.</w:t>
            </w:r>
          </w:p>
        </w:tc>
      </w:tr>
      <w:tr>
        <w:tc>
          <w:tcPr>
            <w:tcW w:type="dxa" w:w="2551"/>
          </w:tcPr>
          <w:p>
            <w:pPr>
              <w:spacing w:after="40"/>
            </w:pPr>
            <w:r/>
            <w:r>
              <w:t>8. Other reports</w:t>
            </w:r>
          </w:p>
        </w:tc>
        <w:tc>
          <w:tcPr>
            <w:tcW w:type="dxa" w:w="3969"/>
          </w:tcPr>
          <w:p>
            <w:pPr>
              <w:spacing w:after="40"/>
            </w:pPr>
            <w:r/>
          </w:p>
        </w:tc>
        <w:tc>
          <w:tcPr>
            <w:tcW w:type="dxa" w:w="2891"/>
          </w:tcPr>
          <w:p>
            <w:pPr>
              <w:spacing w:after="40"/>
            </w:pPr>
            <w:r/>
          </w:p>
        </w:tc>
      </w:tr>
      <w:tr>
        <w:tc>
          <w:tcPr>
            <w:tcW w:type="dxa" w:w="2551"/>
          </w:tcPr>
          <w:p>
            <w:pPr>
              <w:spacing w:after="40"/>
            </w:pPr>
            <w:r/>
            <w:r>
              <w:t>9. Independent examiner</w:t>
            </w:r>
          </w:p>
        </w:tc>
        <w:tc>
          <w:tcPr>
            <w:tcW w:type="dxa" w:w="3969"/>
          </w:tcPr>
          <w:p>
            <w:pPr>
              <w:spacing w:after="40"/>
            </w:pPr>
            <w:r/>
          </w:p>
        </w:tc>
        <w:tc>
          <w:tcPr>
            <w:tcW w:type="dxa" w:w="2891"/>
          </w:tcPr>
          <w:p>
            <w:pPr>
              <w:spacing w:after="40"/>
            </w:pPr>
            <w:r/>
            <w:r>
              <w:rPr>
                <w:shd w:val="clear" w:color="auto" w:fill="F3F4F6"/>
              </w:rPr>
              <w:t>[Name]</w:t>
            </w:r>
            <w:r>
              <w:t xml:space="preserve"> appointed.</w:t>
            </w:r>
          </w:p>
        </w:tc>
      </w:tr>
      <w:tr>
        <w:tc>
          <w:tcPr>
            <w:tcW w:type="dxa" w:w="2551"/>
          </w:tcPr>
          <w:p>
            <w:pPr>
              <w:spacing w:after="40"/>
            </w:pPr>
            <w:r/>
            <w:r>
              <w:t>10. Subscriptions</w:t>
            </w:r>
          </w:p>
        </w:tc>
        <w:tc>
          <w:tcPr>
            <w:tcW w:type="dxa" w:w="3969"/>
          </w:tcPr>
          <w:p>
            <w:pPr>
              <w:spacing w:after="40"/>
            </w:pPr>
            <w:r/>
          </w:p>
        </w:tc>
        <w:tc>
          <w:tcPr>
            <w:tcW w:type="dxa" w:w="2891"/>
          </w:tcPr>
          <w:p>
            <w:pPr>
              <w:spacing w:after="40"/>
            </w:pPr>
            <w:r/>
          </w:p>
        </w:tc>
      </w:tr>
      <w:tr>
        <w:tc>
          <w:tcPr>
            <w:tcW w:type="dxa" w:w="2551"/>
          </w:tcPr>
          <w:p>
            <w:pPr>
              <w:spacing w:after="40"/>
            </w:pPr>
            <w:r/>
            <w:r>
              <w:t>11. Election of officers</w:t>
            </w:r>
          </w:p>
        </w:tc>
        <w:tc>
          <w:tcPr>
            <w:tcW w:type="dxa" w:w="3969"/>
          </w:tcPr>
          <w:p>
            <w:pPr>
              <w:spacing w:after="40"/>
            </w:pPr>
            <w:r/>
          </w:p>
        </w:tc>
        <w:tc>
          <w:tcPr>
            <w:tcW w:type="dxa" w:w="2891"/>
          </w:tcPr>
          <w:p>
            <w:pPr>
              <w:spacing w:after="40"/>
            </w:pPr>
            <w:r/>
            <w:r>
              <w:t xml:space="preserve">Chair: </w:t>
            </w:r>
            <w:r>
              <w:rPr>
                <w:shd w:val="clear" w:color="auto" w:fill="F3F4F6"/>
              </w:rPr>
              <w:t>[ ]</w:t>
            </w:r>
            <w:r>
              <w:t xml:space="preserve">. Secretary: </w:t>
            </w:r>
            <w:r>
              <w:rPr>
                <w:shd w:val="clear" w:color="auto" w:fill="F3F4F6"/>
              </w:rPr>
              <w:t>[ ]</w:t>
            </w:r>
            <w:r>
              <w:t xml:space="preserve">. Treasurer: </w:t>
            </w:r>
            <w:r>
              <w:rPr>
                <w:shd w:val="clear" w:color="auto" w:fill="F3F4F6"/>
              </w:rPr>
              <w:t>[ ]</w:t>
            </w:r>
            <w:r>
              <w:t xml:space="preserve">. Welfare officer: </w:t>
            </w:r>
            <w:r>
              <w:rPr>
                <w:shd w:val="clear" w:color="auto" w:fill="F3F4F6"/>
              </w:rPr>
              <w:t>[ ]</w:t>
            </w:r>
            <w:r>
              <w:t>.</w:t>
            </w:r>
          </w:p>
        </w:tc>
      </w:tr>
      <w:tr>
        <w:tc>
          <w:tcPr>
            <w:tcW w:type="dxa" w:w="2551"/>
          </w:tcPr>
          <w:p>
            <w:pPr>
              <w:spacing w:after="40"/>
            </w:pPr>
            <w:r/>
            <w:r>
              <w:t>12. Election of committee</w:t>
            </w:r>
          </w:p>
        </w:tc>
        <w:tc>
          <w:tcPr>
            <w:tcW w:type="dxa" w:w="3969"/>
          </w:tcPr>
          <w:p>
            <w:pPr>
              <w:spacing w:after="40"/>
            </w:pPr>
            <w:r/>
          </w:p>
        </w:tc>
        <w:tc>
          <w:tcPr>
            <w:tcW w:type="dxa" w:w="2891"/>
          </w:tcPr>
          <w:p>
            <w:pPr>
              <w:spacing w:after="40"/>
            </w:pPr>
            <w:r/>
          </w:p>
        </w:tc>
      </w:tr>
      <w:tr>
        <w:tc>
          <w:tcPr>
            <w:tcW w:type="dxa" w:w="2551"/>
          </w:tcPr>
          <w:p>
            <w:pPr>
              <w:spacing w:after="40"/>
            </w:pPr>
            <w:r/>
            <w:r>
              <w:t>13. Proposals</w:t>
            </w:r>
          </w:p>
        </w:tc>
        <w:tc>
          <w:tcPr>
            <w:tcW w:type="dxa" w:w="3969"/>
          </w:tcPr>
          <w:p>
            <w:pPr>
              <w:spacing w:after="40"/>
            </w:pPr>
            <w:r/>
          </w:p>
        </w:tc>
        <w:tc>
          <w:tcPr>
            <w:tcW w:type="dxa" w:w="2891"/>
          </w:tcPr>
          <w:p>
            <w:pPr>
              <w:spacing w:after="40"/>
            </w:pPr>
            <w:r/>
          </w:p>
        </w:tc>
      </w:tr>
      <w:tr>
        <w:tc>
          <w:tcPr>
            <w:tcW w:type="dxa" w:w="2551"/>
          </w:tcPr>
          <w:p>
            <w:pPr>
              <w:spacing w:after="40"/>
            </w:pPr>
            <w:r/>
            <w:r>
              <w:t>14. Any other business</w:t>
            </w:r>
          </w:p>
        </w:tc>
        <w:tc>
          <w:tcPr>
            <w:tcW w:type="dxa" w:w="3969"/>
          </w:tcPr>
          <w:p>
            <w:pPr>
              <w:spacing w:after="40"/>
            </w:pPr>
            <w:r/>
          </w:p>
        </w:tc>
        <w:tc>
          <w:tcPr>
            <w:tcW w:type="dxa" w:w="2891"/>
          </w:tcPr>
          <w:p>
            <w:pPr>
              <w:spacing w:after="40"/>
            </w:pPr>
            <w:r/>
          </w:p>
        </w:tc>
      </w:tr>
      <w:tr>
        <w:tc>
          <w:tcPr>
            <w:tcW w:type="dxa" w:w="2551"/>
          </w:tcPr>
          <w:p>
            <w:pPr>
              <w:spacing w:after="40"/>
            </w:pPr>
            <w:r/>
            <w:r>
              <w:t>15. Next AGM and close</w:t>
            </w:r>
          </w:p>
        </w:tc>
        <w:tc>
          <w:tcPr>
            <w:tcW w:type="dxa" w:w="3969"/>
          </w:tcPr>
          <w:p>
            <w:pPr>
              <w:spacing w:after="40"/>
            </w:pPr>
            <w:r/>
          </w:p>
        </w:tc>
        <w:tc>
          <w:tcPr>
            <w:tcW w:type="dxa" w:w="2891"/>
          </w:tcPr>
          <w:p>
            <w:pPr>
              <w:spacing w:after="40"/>
            </w:pPr>
            <w:r/>
            <w:r>
              <w:t xml:space="preserve">Meeting closed at </w:t>
            </w:r>
            <w:r>
              <w:rPr>
                <w:shd w:val="clear" w:color="auto" w:fill="F3F4F6"/>
              </w:rPr>
              <w:t>[time]</w:t>
            </w:r>
            <w:r>
              <w:t>.</w:t>
            </w:r>
          </w:p>
        </w:tc>
      </w:tr>
    </w:tbl>
    <w:p/>
    <w:p>
      <w:pPr>
        <w:pStyle w:val="Heading2"/>
      </w:pPr>
      <w:r>
        <w:t>Actions agreed</w:t>
      </w:r>
    </w:p>
    <w:tbl>
      <w:tblPr>
        <w:tblW w:w="9411" w:type="dxa"/>
        <w:jc w:val="left"/>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5443"/>
        <w:gridCol w:w="1984"/>
        <w:gridCol w:w="1984"/>
      </w:tblGrid>
      <w:tr>
        <w:tc>
          <w:tcPr>
            <w:tcW w:type="dxa" w:w="5443"/>
            <w:shd w:val="clear" w:color="auto" w:fill="E5E7EB"/>
          </w:tcPr>
          <w:p>
            <w:pPr>
              <w:spacing w:after="40"/>
            </w:pPr>
            <w:r>
              <w:rPr>
                <w:b/>
              </w:rPr>
            </w:r>
            <w:r>
              <w:rPr>
                <w:b/>
              </w:rPr>
              <w:t>Action</w:t>
            </w:r>
          </w:p>
        </w:tc>
        <w:tc>
          <w:tcPr>
            <w:tcW w:type="dxa" w:w="1984"/>
            <w:shd w:val="clear" w:color="auto" w:fill="E5E7EB"/>
          </w:tcPr>
          <w:p>
            <w:pPr>
              <w:spacing w:after="40"/>
            </w:pPr>
            <w:r>
              <w:rPr>
                <w:b/>
              </w:rPr>
            </w:r>
            <w:r>
              <w:rPr>
                <w:b/>
              </w:rPr>
              <w:t>Who</w:t>
            </w:r>
          </w:p>
        </w:tc>
        <w:tc>
          <w:tcPr>
            <w:tcW w:type="dxa" w:w="1984"/>
            <w:shd w:val="clear" w:color="auto" w:fill="E5E7EB"/>
          </w:tcPr>
          <w:p>
            <w:pPr>
              <w:spacing w:after="40"/>
            </w:pPr>
            <w:r>
              <w:rPr>
                <w:b/>
              </w:rPr>
            </w:r>
            <w:r>
              <w:rPr>
                <w:b/>
              </w:rPr>
              <w:t>By when</w:t>
            </w:r>
          </w:p>
        </w:tc>
      </w:tr>
      <w:tr>
        <w:tc>
          <w:tcPr>
            <w:tcW w:type="dxa" w:w="5443"/>
          </w:tcPr>
          <w:p>
            <w:pPr>
              <w:spacing w:after="40"/>
            </w:pPr>
            <w:r/>
          </w:p>
        </w:tc>
        <w:tc>
          <w:tcPr>
            <w:tcW w:type="dxa" w:w="1984"/>
          </w:tcPr>
          <w:p>
            <w:pPr>
              <w:spacing w:after="40"/>
            </w:pPr>
            <w:r/>
          </w:p>
        </w:tc>
        <w:tc>
          <w:tcPr>
            <w:tcW w:type="dxa" w:w="1984"/>
          </w:tcPr>
          <w:p>
            <w:pPr>
              <w:spacing w:after="40"/>
            </w:pPr>
            <w:r/>
          </w:p>
        </w:tc>
      </w:tr>
      <w:tr>
        <w:tc>
          <w:tcPr>
            <w:tcW w:type="dxa" w:w="5443"/>
          </w:tcPr>
          <w:p>
            <w:pPr>
              <w:spacing w:after="40"/>
            </w:pPr>
            <w:r/>
          </w:p>
        </w:tc>
        <w:tc>
          <w:tcPr>
            <w:tcW w:type="dxa" w:w="1984"/>
          </w:tcPr>
          <w:p>
            <w:pPr>
              <w:spacing w:after="40"/>
            </w:pPr>
            <w:r/>
          </w:p>
        </w:tc>
        <w:tc>
          <w:tcPr>
            <w:tcW w:type="dxa" w:w="1984"/>
          </w:tcPr>
          <w:p>
            <w:pPr>
              <w:spacing w:after="40"/>
            </w:pPr>
            <w:r/>
          </w:p>
        </w:tc>
      </w:tr>
      <w:tr>
        <w:tc>
          <w:tcPr>
            <w:tcW w:type="dxa" w:w="5443"/>
          </w:tcPr>
          <w:p>
            <w:pPr>
              <w:spacing w:after="40"/>
            </w:pPr>
            <w:r/>
          </w:p>
        </w:tc>
        <w:tc>
          <w:tcPr>
            <w:tcW w:type="dxa" w:w="1984"/>
          </w:tcPr>
          <w:p>
            <w:pPr>
              <w:spacing w:after="40"/>
            </w:pPr>
            <w:r/>
          </w:p>
        </w:tc>
        <w:tc>
          <w:tcPr>
            <w:tcW w:type="dxa" w:w="1984"/>
          </w:tcPr>
          <w:p>
            <w:pPr>
              <w:spacing w:after="40"/>
            </w:pPr>
            <w:r/>
          </w:p>
        </w:tc>
      </w:tr>
      <w:tr>
        <w:tc>
          <w:tcPr>
            <w:tcW w:type="dxa" w:w="5443"/>
          </w:tcPr>
          <w:p>
            <w:pPr>
              <w:spacing w:after="40"/>
            </w:pPr>
            <w:r/>
          </w:p>
        </w:tc>
        <w:tc>
          <w:tcPr>
            <w:tcW w:type="dxa" w:w="1984"/>
          </w:tcPr>
          <w:p>
            <w:pPr>
              <w:spacing w:after="40"/>
            </w:pPr>
            <w:r/>
          </w:p>
        </w:tc>
        <w:tc>
          <w:tcPr>
            <w:tcW w:type="dxa" w:w="1984"/>
          </w:tcPr>
          <w:p>
            <w:pPr>
              <w:spacing w:after="40"/>
            </w:pPr>
            <w:r/>
          </w:p>
        </w:tc>
      </w:tr>
      <w:tr>
        <w:tc>
          <w:tcPr>
            <w:tcW w:type="dxa" w:w="5443"/>
          </w:tcPr>
          <w:p>
            <w:pPr>
              <w:spacing w:after="40"/>
            </w:pPr>
            <w:r/>
          </w:p>
        </w:tc>
        <w:tc>
          <w:tcPr>
            <w:tcW w:type="dxa" w:w="1984"/>
          </w:tcPr>
          <w:p>
            <w:pPr>
              <w:spacing w:after="40"/>
            </w:pPr>
            <w:r/>
          </w:p>
        </w:tc>
        <w:tc>
          <w:tcPr>
            <w:tcW w:type="dxa" w:w="1984"/>
          </w:tcPr>
          <w:p>
            <w:pPr>
              <w:spacing w:after="40"/>
            </w:pPr>
            <w:r/>
          </w:p>
        </w:tc>
      </w:tr>
    </w:tbl>
    <w:p/>
    <w:p>
      <w:r>
        <w:t>These minutes will be presented for approval at the next general meeting.</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67"/>
        </w:trPr>
        <w:tc>
          <w:tcPr>
            <w:tcW w:type="dxa" w:w="3402"/>
            <w:shd w:val="clear" w:color="auto" w:fill="F3F4F6"/>
          </w:tcPr>
          <w:p>
            <w:r>
              <w:t>Signed (chair of the meeting)</w:t>
            </w:r>
          </w:p>
        </w:tc>
        <w:tc>
          <w:tcPr>
            <w:tcW w:type="dxa" w:w="6009"/>
          </w:tcPr>
          <w:p>
            <w:r/>
          </w:p>
        </w:tc>
      </w:tr>
      <w:tr>
        <w:trPr>
          <w:trHeight w:val="567"/>
        </w:trPr>
        <w:tc>
          <w:tcPr>
            <w:tcW w:type="dxa" w:w="3402"/>
            <w:shd w:val="clear" w:color="auto" w:fill="F3F4F6"/>
          </w:tcPr>
          <w:p>
            <w:r>
              <w:t>Date approved</w:t>
            </w:r>
          </w:p>
        </w:tc>
        <w:tc>
          <w:tcPr>
            <w:tcW w:type="dxa" w:w="6009"/>
          </w:tcPr>
          <w:p>
            <w:r/>
          </w:p>
        </w:tc>
      </w:tr>
    </w:tbl>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dyno-app.com/club-admin. Use and adapt it freely. It is a starting point,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eastAsia="Arial" w:cs="Arial"/>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eastAsia="Arial" w:cs="Arial"/>
      <w:b/>
      <w:bCs/>
      <w:color w:val="1F2937"/>
      <w:sz w:val="24"/>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rial" w:hAnsi="Arial" w:eastAsia="Arial" w:cs="Arial"/>
      <w:b/>
      <w:bCs/>
      <w:color w:val="1F293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eastAsia="Arial" w:cs="Arial"/>
      <w:b/>
      <w:color w:val="1F293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 name] Annual General Meeting pack</dc:title>
  <dc:subject/>
  <dc:creator>Dyno (dyno-app.com)</dc:creator>
  <cp:keywords/>
  <dc:description>generated by python-docx</dc:description>
  <cp:lastModifiedBy/>
  <cp:revision>1</cp:revision>
  <dcterms:created xsi:type="dcterms:W3CDTF">2013-12-23T23:15:00Z</dcterms:created>
  <dcterms:modified xsi:type="dcterms:W3CDTF">2013-12-23T23:15:00Z</dcterms:modified>
  <cp:category/>
</cp:coreProperties>
</file>